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A93F8" w14:textId="77777777" w:rsidR="00A925DA" w:rsidRPr="0006520F" w:rsidRDefault="00DF2174" w:rsidP="0006520F">
      <w:pPr>
        <w:spacing w:after="0"/>
        <w:jc w:val="center"/>
        <w:rPr>
          <w:rFonts w:cs="B Zar"/>
          <w:bCs/>
        </w:rPr>
      </w:pPr>
      <w:r w:rsidRPr="0006520F">
        <w:rPr>
          <w:rFonts w:ascii="B Nazanin" w:eastAsia="B Nazanin" w:hAnsi="B Nazanin" w:cs="B Zar"/>
          <w:bCs/>
          <w:sz w:val="28"/>
          <w:rtl/>
        </w:rPr>
        <w:t>فرم تعارض منافع</w:t>
      </w:r>
    </w:p>
    <w:p w14:paraId="237B7AD2" w14:textId="1196F62E" w:rsidR="00A925DA" w:rsidRPr="0006520F" w:rsidRDefault="00A925DA" w:rsidP="00412245">
      <w:pPr>
        <w:spacing w:after="40"/>
        <w:jc w:val="center"/>
        <w:rPr>
          <w:rFonts w:cs="B Zar"/>
          <w:bCs/>
        </w:rPr>
      </w:pPr>
    </w:p>
    <w:p w14:paraId="53238914" w14:textId="77777777" w:rsidR="00A925DA" w:rsidRPr="00412245" w:rsidRDefault="00DF2174" w:rsidP="0006520F">
      <w:pPr>
        <w:bidi/>
        <w:spacing w:after="40" w:line="240" w:lineRule="auto"/>
        <w:rPr>
          <w:rFonts w:cs="B Mitra"/>
        </w:rPr>
      </w:pPr>
      <w:r w:rsidRPr="00412245">
        <w:rPr>
          <w:rFonts w:ascii="B Nazanin" w:eastAsia="B Nazanin" w:hAnsi="B Nazanin" w:cs="B Mitra"/>
          <w:sz w:val="19"/>
          <w:rtl/>
        </w:rPr>
        <w:t>نویسنده محترم، لطفاً اطلاعات زیر را با دقت تکمیل کرده و به پرسش‌های مربوط به تعارض منافع پاسخ دهید.</w:t>
      </w:r>
    </w:p>
    <w:tbl>
      <w:tblPr>
        <w:bidiVisual/>
        <w:tblW w:w="0" w:type="auto"/>
        <w:jc w:val="center"/>
        <w:tblLayout w:type="fixed"/>
        <w:tblLook w:val="04A0" w:firstRow="1" w:lastRow="0" w:firstColumn="1" w:lastColumn="0" w:noHBand="0" w:noVBand="1"/>
      </w:tblPr>
      <w:tblGrid>
        <w:gridCol w:w="2762"/>
        <w:gridCol w:w="2762"/>
        <w:gridCol w:w="2762"/>
        <w:gridCol w:w="2762"/>
      </w:tblGrid>
      <w:tr w:rsidR="00A925DA" w:rsidRPr="00412245" w14:paraId="591CCA7B" w14:textId="77777777">
        <w:trPr>
          <w:jc w:val="center"/>
        </w:trPr>
        <w:tc>
          <w:tcPr>
            <w:tcW w:w="2762" w:type="dxa"/>
            <w:tcBorders>
              <w:top w:val="single" w:sz="7" w:space="0" w:color="A8B3C3"/>
              <w:left w:val="single" w:sz="7" w:space="0" w:color="A8B3C3"/>
              <w:bottom w:val="single" w:sz="7" w:space="0" w:color="A8B3C3"/>
              <w:right w:val="single" w:sz="7" w:space="0" w:color="A8B3C3"/>
            </w:tcBorders>
            <w:shd w:val="clear" w:color="auto" w:fill="EAF0F8"/>
            <w:tcMar>
              <w:top w:w="45" w:type="dxa"/>
              <w:left w:w="65" w:type="dxa"/>
              <w:bottom w:w="45" w:type="dxa"/>
              <w:right w:w="65" w:type="dxa"/>
            </w:tcMar>
            <w:vAlign w:val="center"/>
          </w:tcPr>
          <w:p w14:paraId="154EA65A" w14:textId="77777777" w:rsidR="00A925DA" w:rsidRPr="00412245" w:rsidRDefault="00DF2174" w:rsidP="0006520F">
            <w:pPr>
              <w:bidi/>
              <w:spacing w:after="0" w:line="240" w:lineRule="auto"/>
              <w:rPr>
                <w:rFonts w:cs="B Mitra"/>
              </w:rPr>
            </w:pPr>
            <w:r w:rsidRPr="00412245">
              <w:rPr>
                <w:rFonts w:ascii="B Nazanin" w:eastAsia="B Nazanin" w:hAnsi="B Nazanin" w:cs="B Mitra"/>
                <w:b/>
                <w:sz w:val="18"/>
                <w:rtl/>
              </w:rPr>
              <w:t>نام نویسنده مسئول:</w:t>
            </w:r>
          </w:p>
        </w:tc>
        <w:tc>
          <w:tcPr>
            <w:tcW w:w="2762" w:type="dxa"/>
            <w:tcBorders>
              <w:top w:val="single" w:sz="7" w:space="0" w:color="A8B3C3"/>
              <w:left w:val="single" w:sz="7" w:space="0" w:color="A8B3C3"/>
              <w:bottom w:val="single" w:sz="7" w:space="0" w:color="A8B3C3"/>
              <w:right w:val="single" w:sz="7" w:space="0" w:color="A8B3C3"/>
            </w:tcBorders>
            <w:tcMar>
              <w:top w:w="45" w:type="dxa"/>
              <w:left w:w="65" w:type="dxa"/>
              <w:bottom w:w="45" w:type="dxa"/>
              <w:right w:w="65" w:type="dxa"/>
            </w:tcMar>
            <w:vAlign w:val="center"/>
          </w:tcPr>
          <w:p w14:paraId="05507542" w14:textId="77777777" w:rsidR="00A925DA" w:rsidRPr="00412245" w:rsidRDefault="00DF2174" w:rsidP="0006520F">
            <w:pPr>
              <w:bidi/>
              <w:spacing w:after="0" w:line="240" w:lineRule="auto"/>
              <w:rPr>
                <w:rFonts w:cs="B Mitra"/>
              </w:rPr>
            </w:pPr>
            <w:r w:rsidRPr="00412245">
              <w:rPr>
                <w:rFonts w:ascii="B Nazanin" w:eastAsia="B Nazanin" w:hAnsi="B Nazanin" w:cs="B Mitra"/>
                <w:sz w:val="18"/>
                <w:rtl/>
              </w:rPr>
              <w:t>..........................................</w:t>
            </w:r>
          </w:p>
        </w:tc>
        <w:tc>
          <w:tcPr>
            <w:tcW w:w="2762" w:type="dxa"/>
            <w:tcBorders>
              <w:top w:val="single" w:sz="7" w:space="0" w:color="A8B3C3"/>
              <w:left w:val="single" w:sz="7" w:space="0" w:color="A8B3C3"/>
              <w:bottom w:val="single" w:sz="7" w:space="0" w:color="A8B3C3"/>
              <w:right w:val="single" w:sz="7" w:space="0" w:color="A8B3C3"/>
            </w:tcBorders>
            <w:shd w:val="clear" w:color="auto" w:fill="EAF0F8"/>
            <w:tcMar>
              <w:top w:w="45" w:type="dxa"/>
              <w:left w:w="65" w:type="dxa"/>
              <w:bottom w:w="45" w:type="dxa"/>
              <w:right w:w="65" w:type="dxa"/>
            </w:tcMar>
            <w:vAlign w:val="center"/>
          </w:tcPr>
          <w:p w14:paraId="7AAF1F0B" w14:textId="77777777" w:rsidR="00A925DA" w:rsidRPr="00412245" w:rsidRDefault="00DF2174" w:rsidP="0006520F">
            <w:pPr>
              <w:bidi/>
              <w:spacing w:after="0" w:line="240" w:lineRule="auto"/>
              <w:rPr>
                <w:rFonts w:cs="B Mitra"/>
              </w:rPr>
            </w:pPr>
            <w:r w:rsidRPr="00412245">
              <w:rPr>
                <w:rFonts w:ascii="B Nazanin" w:eastAsia="B Nazanin" w:hAnsi="B Nazanin" w:cs="B Mitra"/>
                <w:b/>
                <w:sz w:val="18"/>
                <w:rtl/>
              </w:rPr>
              <w:t>نشانی رایانامه:</w:t>
            </w:r>
          </w:p>
        </w:tc>
        <w:tc>
          <w:tcPr>
            <w:tcW w:w="2762" w:type="dxa"/>
            <w:tcBorders>
              <w:top w:val="single" w:sz="7" w:space="0" w:color="A8B3C3"/>
              <w:left w:val="single" w:sz="7" w:space="0" w:color="A8B3C3"/>
              <w:bottom w:val="single" w:sz="7" w:space="0" w:color="A8B3C3"/>
              <w:right w:val="single" w:sz="7" w:space="0" w:color="A8B3C3"/>
            </w:tcBorders>
            <w:tcMar>
              <w:top w:w="45" w:type="dxa"/>
              <w:left w:w="65" w:type="dxa"/>
              <w:bottom w:w="45" w:type="dxa"/>
              <w:right w:w="65" w:type="dxa"/>
            </w:tcMar>
            <w:vAlign w:val="center"/>
          </w:tcPr>
          <w:p w14:paraId="2B46E06F" w14:textId="77777777" w:rsidR="00A925DA" w:rsidRPr="00412245" w:rsidRDefault="00DF2174" w:rsidP="0006520F">
            <w:pPr>
              <w:bidi/>
              <w:spacing w:after="0" w:line="240" w:lineRule="auto"/>
              <w:rPr>
                <w:rFonts w:cs="B Mitra"/>
              </w:rPr>
            </w:pPr>
            <w:r w:rsidRPr="00412245">
              <w:rPr>
                <w:rFonts w:ascii="B Nazanin" w:eastAsia="B Nazanin" w:hAnsi="B Nazanin" w:cs="B Mitra"/>
                <w:sz w:val="18"/>
                <w:rtl/>
              </w:rPr>
              <w:t>..........................................</w:t>
            </w:r>
          </w:p>
        </w:tc>
      </w:tr>
      <w:tr w:rsidR="00A925DA" w:rsidRPr="00412245" w14:paraId="1F08F1F8" w14:textId="77777777">
        <w:trPr>
          <w:jc w:val="center"/>
        </w:trPr>
        <w:tc>
          <w:tcPr>
            <w:tcW w:w="2762" w:type="dxa"/>
            <w:tcBorders>
              <w:top w:val="single" w:sz="7" w:space="0" w:color="A8B3C3"/>
              <w:left w:val="single" w:sz="7" w:space="0" w:color="A8B3C3"/>
              <w:bottom w:val="single" w:sz="7" w:space="0" w:color="A8B3C3"/>
              <w:right w:val="single" w:sz="7" w:space="0" w:color="A8B3C3"/>
            </w:tcBorders>
            <w:shd w:val="clear" w:color="auto" w:fill="EAF0F8"/>
            <w:tcMar>
              <w:top w:w="45" w:type="dxa"/>
              <w:left w:w="65" w:type="dxa"/>
              <w:bottom w:w="45" w:type="dxa"/>
              <w:right w:w="65" w:type="dxa"/>
            </w:tcMar>
            <w:vAlign w:val="center"/>
          </w:tcPr>
          <w:p w14:paraId="4090A773" w14:textId="77777777" w:rsidR="00A925DA" w:rsidRPr="00412245" w:rsidRDefault="00DF2174" w:rsidP="0006520F">
            <w:pPr>
              <w:bidi/>
              <w:spacing w:after="0" w:line="240" w:lineRule="auto"/>
              <w:rPr>
                <w:rFonts w:cs="B Mitra"/>
              </w:rPr>
            </w:pPr>
            <w:r w:rsidRPr="00412245">
              <w:rPr>
                <w:rFonts w:ascii="B Nazanin" w:eastAsia="B Nazanin" w:hAnsi="B Nazanin" w:cs="B Mitra"/>
                <w:b/>
                <w:sz w:val="18"/>
                <w:rtl/>
              </w:rPr>
              <w:t>شماره تماس:</w:t>
            </w:r>
          </w:p>
        </w:tc>
        <w:tc>
          <w:tcPr>
            <w:tcW w:w="2762" w:type="dxa"/>
            <w:tcBorders>
              <w:top w:val="single" w:sz="7" w:space="0" w:color="A8B3C3"/>
              <w:left w:val="single" w:sz="7" w:space="0" w:color="A8B3C3"/>
              <w:bottom w:val="single" w:sz="7" w:space="0" w:color="A8B3C3"/>
              <w:right w:val="single" w:sz="7" w:space="0" w:color="A8B3C3"/>
            </w:tcBorders>
            <w:tcMar>
              <w:top w:w="45" w:type="dxa"/>
              <w:left w:w="65" w:type="dxa"/>
              <w:bottom w:w="45" w:type="dxa"/>
              <w:right w:w="65" w:type="dxa"/>
            </w:tcMar>
            <w:vAlign w:val="center"/>
          </w:tcPr>
          <w:p w14:paraId="0874CDA8" w14:textId="77777777" w:rsidR="00A925DA" w:rsidRPr="00412245" w:rsidRDefault="00DF2174" w:rsidP="0006520F">
            <w:pPr>
              <w:bidi/>
              <w:spacing w:after="0" w:line="240" w:lineRule="auto"/>
              <w:rPr>
                <w:rFonts w:cs="B Mitra"/>
              </w:rPr>
            </w:pPr>
            <w:r w:rsidRPr="00412245">
              <w:rPr>
                <w:rFonts w:ascii="B Nazanin" w:eastAsia="B Nazanin" w:hAnsi="B Nazanin" w:cs="B Mitra"/>
                <w:sz w:val="18"/>
                <w:rtl/>
              </w:rPr>
              <w:t>..........................................</w:t>
            </w:r>
          </w:p>
        </w:tc>
        <w:tc>
          <w:tcPr>
            <w:tcW w:w="2762" w:type="dxa"/>
            <w:tcBorders>
              <w:top w:val="single" w:sz="7" w:space="0" w:color="A8B3C3"/>
              <w:left w:val="single" w:sz="7" w:space="0" w:color="A8B3C3"/>
              <w:bottom w:val="single" w:sz="7" w:space="0" w:color="A8B3C3"/>
              <w:right w:val="single" w:sz="7" w:space="0" w:color="A8B3C3"/>
            </w:tcBorders>
            <w:shd w:val="clear" w:color="auto" w:fill="EAF0F8"/>
            <w:tcMar>
              <w:top w:w="45" w:type="dxa"/>
              <w:left w:w="65" w:type="dxa"/>
              <w:bottom w:w="45" w:type="dxa"/>
              <w:right w:w="65" w:type="dxa"/>
            </w:tcMar>
            <w:vAlign w:val="center"/>
          </w:tcPr>
          <w:p w14:paraId="04026892" w14:textId="77777777" w:rsidR="00A925DA" w:rsidRPr="00412245" w:rsidRDefault="00DF2174" w:rsidP="0006520F">
            <w:pPr>
              <w:bidi/>
              <w:spacing w:after="0" w:line="240" w:lineRule="auto"/>
              <w:rPr>
                <w:rFonts w:cs="B Mitra"/>
              </w:rPr>
            </w:pPr>
            <w:r w:rsidRPr="00412245">
              <w:rPr>
                <w:rFonts w:ascii="B Nazanin" w:eastAsia="B Nazanin" w:hAnsi="B Nazanin" w:cs="B Mitra"/>
                <w:b/>
                <w:sz w:val="18"/>
                <w:rtl/>
              </w:rPr>
              <w:t>وابستگی سازمانی:</w:t>
            </w:r>
          </w:p>
        </w:tc>
        <w:tc>
          <w:tcPr>
            <w:tcW w:w="2762" w:type="dxa"/>
            <w:tcBorders>
              <w:top w:val="single" w:sz="7" w:space="0" w:color="A8B3C3"/>
              <w:left w:val="single" w:sz="7" w:space="0" w:color="A8B3C3"/>
              <w:bottom w:val="single" w:sz="7" w:space="0" w:color="A8B3C3"/>
              <w:right w:val="single" w:sz="7" w:space="0" w:color="A8B3C3"/>
            </w:tcBorders>
            <w:tcMar>
              <w:top w:w="45" w:type="dxa"/>
              <w:left w:w="65" w:type="dxa"/>
              <w:bottom w:w="45" w:type="dxa"/>
              <w:right w:w="65" w:type="dxa"/>
            </w:tcMar>
            <w:vAlign w:val="center"/>
          </w:tcPr>
          <w:p w14:paraId="6B7267E7" w14:textId="77777777" w:rsidR="00A925DA" w:rsidRPr="00412245" w:rsidRDefault="00DF2174" w:rsidP="0006520F">
            <w:pPr>
              <w:bidi/>
              <w:spacing w:after="0" w:line="240" w:lineRule="auto"/>
              <w:rPr>
                <w:rFonts w:cs="B Mitra"/>
              </w:rPr>
            </w:pPr>
            <w:r w:rsidRPr="00412245">
              <w:rPr>
                <w:rFonts w:ascii="B Nazanin" w:eastAsia="B Nazanin" w:hAnsi="B Nazanin" w:cs="B Mitra"/>
                <w:sz w:val="18"/>
                <w:rtl/>
              </w:rPr>
              <w:t>..........................................</w:t>
            </w:r>
          </w:p>
        </w:tc>
      </w:tr>
      <w:tr w:rsidR="00A925DA" w:rsidRPr="00412245" w14:paraId="2DD188BE" w14:textId="77777777">
        <w:trPr>
          <w:jc w:val="center"/>
        </w:trPr>
        <w:tc>
          <w:tcPr>
            <w:tcW w:w="11048" w:type="dxa"/>
            <w:gridSpan w:val="4"/>
            <w:tcBorders>
              <w:top w:val="single" w:sz="7" w:space="0" w:color="A8B3C3"/>
              <w:left w:val="single" w:sz="7" w:space="0" w:color="A8B3C3"/>
              <w:bottom w:val="single" w:sz="7" w:space="0" w:color="A8B3C3"/>
              <w:right w:val="single" w:sz="7" w:space="0" w:color="A8B3C3"/>
            </w:tcBorders>
            <w:shd w:val="clear" w:color="auto" w:fill="F7F9FC"/>
            <w:tcMar>
              <w:top w:w="45" w:type="dxa"/>
              <w:left w:w="65" w:type="dxa"/>
              <w:bottom w:w="45" w:type="dxa"/>
              <w:right w:w="65" w:type="dxa"/>
            </w:tcMar>
            <w:vAlign w:val="center"/>
          </w:tcPr>
          <w:p w14:paraId="3537840C" w14:textId="77777777" w:rsidR="00A925DA" w:rsidRPr="00412245" w:rsidRDefault="00DF2174" w:rsidP="0006520F">
            <w:pPr>
              <w:bidi/>
              <w:spacing w:after="0" w:line="240" w:lineRule="auto"/>
              <w:rPr>
                <w:rFonts w:cs="B Mitra"/>
              </w:rPr>
            </w:pPr>
            <w:r w:rsidRPr="00412245">
              <w:rPr>
                <w:rFonts w:ascii="B Nazanin" w:eastAsia="B Nazanin" w:hAnsi="B Nazanin" w:cs="B Mitra"/>
                <w:b/>
                <w:sz w:val="18"/>
                <w:rtl/>
              </w:rPr>
              <w:t>عنوان مقاله:  .....................................................................................................................................................................................</w:t>
            </w:r>
          </w:p>
        </w:tc>
      </w:tr>
    </w:tbl>
    <w:tbl>
      <w:tblPr>
        <w:tblW w:w="0" w:type="auto"/>
        <w:jc w:val="center"/>
        <w:tblLook w:val="04A0" w:firstRow="1" w:lastRow="0" w:firstColumn="1" w:lastColumn="0" w:noHBand="0" w:noVBand="1"/>
      </w:tblPr>
      <w:tblGrid>
        <w:gridCol w:w="11050"/>
      </w:tblGrid>
      <w:tr w:rsidR="00A925DA" w:rsidRPr="00412245" w14:paraId="3B34E565" w14:textId="77777777">
        <w:trPr>
          <w:jc w:val="center"/>
        </w:trPr>
        <w:tc>
          <w:tcPr>
            <w:tcW w:w="11050" w:type="dxa"/>
            <w:tcBorders>
              <w:top w:val="single" w:sz="7" w:space="0" w:color="A8B3C3"/>
              <w:left w:val="single" w:sz="7" w:space="0" w:color="A8B3C3"/>
              <w:bottom w:val="single" w:sz="7" w:space="0" w:color="A8B3C3"/>
              <w:right w:val="single" w:sz="7" w:space="0" w:color="A8B3C3"/>
            </w:tcBorders>
            <w:shd w:val="clear" w:color="auto" w:fill="F8FAFC"/>
            <w:tcMar>
              <w:top w:w="35" w:type="dxa"/>
              <w:left w:w="70" w:type="dxa"/>
              <w:bottom w:w="35" w:type="dxa"/>
              <w:right w:w="70" w:type="dxa"/>
            </w:tcMar>
            <w:vAlign w:val="center"/>
          </w:tcPr>
          <w:p w14:paraId="5A77A655" w14:textId="77777777" w:rsidR="00A925DA" w:rsidRPr="00412245" w:rsidRDefault="00DF2174" w:rsidP="0006520F">
            <w:pPr>
              <w:bidi/>
              <w:spacing w:after="0" w:line="240" w:lineRule="auto"/>
              <w:rPr>
                <w:rFonts w:cs="B Mitra"/>
              </w:rPr>
            </w:pPr>
            <w:r w:rsidRPr="00412245">
              <w:rPr>
                <w:rFonts w:ascii="B Nazanin" w:eastAsia="B Nazanin" w:hAnsi="B Nazanin" w:cs="B Mitra"/>
                <w:sz w:val="18"/>
                <w:rtl/>
              </w:rPr>
              <w:t>۱. آیا نویسنده/نویسندگان یا مؤسسه/شرکت وابسته، بابت هر بخش از مقاله ارسالی از شخص یا نهاد ثالث (از جمله نهاد دولتی، شرکت تجاری یا بنیاد خصوصی) وجه، کمک مالی، حق‌الزحمه یا هر نوع حمایت دریافت کرده‌اند؟ این حمایت می‌تواند شامل تأمین مالی پژوهش، پایش داده‌ها، طراحی مطالعه، آماده‌سازی پژوهش یا تحلیل آماری باشد.</w:t>
            </w:r>
            <w:r w:rsidRPr="00412245">
              <w:rPr>
                <w:rFonts w:ascii="B Nazanin" w:eastAsia="B Nazanin" w:hAnsi="B Nazanin" w:cs="B Mitra"/>
                <w:sz w:val="8"/>
                <w:rtl/>
              </w:rPr>
              <w:br/>
            </w:r>
            <w:r w:rsidRPr="00412245">
              <w:rPr>
                <w:rFonts w:ascii="B Nazanin" w:eastAsia="B Nazanin" w:hAnsi="B Nazanin" w:cs="B Mitra"/>
                <w:sz w:val="18"/>
                <w:rtl/>
              </w:rPr>
              <w:t xml:space="preserve">بله  </w:t>
            </w:r>
            <w:r w:rsidRPr="00412245">
              <w:rPr>
                <w:rFonts w:ascii="Segoe UI Symbol" w:eastAsia="B Nazanin" w:hAnsi="Segoe UI Symbol" w:cs="Segoe UI Symbol" w:hint="cs"/>
                <w:sz w:val="18"/>
                <w:rtl/>
              </w:rPr>
              <w:t>☐</w:t>
            </w:r>
            <w:r w:rsidRPr="00412245">
              <w:rPr>
                <w:rFonts w:ascii="B Nazanin" w:eastAsia="B Nazanin" w:hAnsi="B Nazanin" w:cs="B Mitra"/>
                <w:sz w:val="18"/>
                <w:rtl/>
              </w:rPr>
              <w:t xml:space="preserve">      </w:t>
            </w:r>
            <w:r w:rsidRPr="00412245">
              <w:rPr>
                <w:rFonts w:ascii="B Nazanin" w:eastAsia="B Nazanin" w:hAnsi="B Nazanin" w:cs="B Mitra" w:hint="cs"/>
                <w:sz w:val="18"/>
                <w:rtl/>
              </w:rPr>
              <w:t>خیر</w:t>
            </w:r>
            <w:r w:rsidRPr="00412245">
              <w:rPr>
                <w:rFonts w:ascii="B Nazanin" w:eastAsia="B Nazanin" w:hAnsi="B Nazanin" w:cs="B Mitra"/>
                <w:sz w:val="18"/>
                <w:rtl/>
              </w:rPr>
              <w:t xml:space="preserve">  </w:t>
            </w:r>
            <w:r w:rsidRPr="00412245">
              <w:rPr>
                <w:rFonts w:ascii="Segoe UI Symbol" w:eastAsia="B Nazanin" w:hAnsi="Segoe UI Symbol" w:cs="Segoe UI Symbol" w:hint="cs"/>
                <w:sz w:val="18"/>
                <w:rtl/>
              </w:rPr>
              <w:t>☐</w:t>
            </w:r>
            <w:r w:rsidRPr="00412245">
              <w:rPr>
                <w:rFonts w:ascii="B Nazanin" w:eastAsia="B Nazanin" w:hAnsi="B Nazanin" w:cs="B Mitra"/>
                <w:sz w:val="18"/>
                <w:rtl/>
              </w:rPr>
              <w:t xml:space="preserve">      </w:t>
            </w:r>
            <w:r w:rsidRPr="00412245">
              <w:rPr>
                <w:rFonts w:ascii="B Nazanin" w:eastAsia="B Nazanin" w:hAnsi="B Nazanin" w:cs="B Mitra" w:hint="cs"/>
                <w:sz w:val="18"/>
                <w:rtl/>
              </w:rPr>
              <w:t>در</w:t>
            </w:r>
            <w:r w:rsidRPr="00412245">
              <w:rPr>
                <w:rFonts w:ascii="B Nazanin" w:eastAsia="B Nazanin" w:hAnsi="B Nazanin" w:cs="B Mitra"/>
                <w:sz w:val="18"/>
                <w:rtl/>
              </w:rPr>
              <w:t xml:space="preserve"> </w:t>
            </w:r>
            <w:r w:rsidRPr="00412245">
              <w:rPr>
                <w:rFonts w:ascii="B Nazanin" w:eastAsia="B Nazanin" w:hAnsi="B Nazanin" w:cs="B Mitra" w:hint="cs"/>
                <w:sz w:val="18"/>
                <w:rtl/>
              </w:rPr>
              <w:t>صورت</w:t>
            </w:r>
            <w:r w:rsidRPr="00412245">
              <w:rPr>
                <w:rFonts w:ascii="B Nazanin" w:eastAsia="B Nazanin" w:hAnsi="B Nazanin" w:cs="B Mitra"/>
                <w:sz w:val="18"/>
                <w:rtl/>
              </w:rPr>
              <w:t xml:space="preserve"> </w:t>
            </w:r>
            <w:r w:rsidRPr="00412245">
              <w:rPr>
                <w:rFonts w:ascii="B Nazanin" w:eastAsia="B Nazanin" w:hAnsi="B Nazanin" w:cs="B Mitra" w:hint="cs"/>
                <w:sz w:val="18"/>
                <w:rtl/>
              </w:rPr>
              <w:t>پاسخ</w:t>
            </w:r>
            <w:r w:rsidRPr="00412245">
              <w:rPr>
                <w:rFonts w:ascii="B Nazanin" w:eastAsia="B Nazanin" w:hAnsi="B Nazanin" w:cs="B Mitra"/>
                <w:sz w:val="18"/>
                <w:rtl/>
              </w:rPr>
              <w:t xml:space="preserve"> </w:t>
            </w:r>
            <w:r w:rsidRPr="00412245">
              <w:rPr>
                <w:rFonts w:ascii="B Nazanin" w:eastAsia="B Nazanin" w:hAnsi="B Nazanin" w:cs="B Mitra" w:hint="cs"/>
                <w:sz w:val="18"/>
                <w:rtl/>
              </w:rPr>
              <w:t>«بله»،</w:t>
            </w:r>
            <w:r w:rsidRPr="00412245">
              <w:rPr>
                <w:rFonts w:ascii="B Nazanin" w:eastAsia="B Nazanin" w:hAnsi="B Nazanin" w:cs="B Mitra"/>
                <w:sz w:val="18"/>
                <w:rtl/>
              </w:rPr>
              <w:t xml:space="preserve"> </w:t>
            </w:r>
            <w:r w:rsidRPr="00412245">
              <w:rPr>
                <w:rFonts w:ascii="B Nazanin" w:eastAsia="B Nazanin" w:hAnsi="B Nazanin" w:cs="B Mitra" w:hint="cs"/>
                <w:sz w:val="18"/>
                <w:rtl/>
              </w:rPr>
              <w:t>توضیح</w:t>
            </w:r>
            <w:r w:rsidRPr="00412245">
              <w:rPr>
                <w:rFonts w:ascii="B Nazanin" w:eastAsia="B Nazanin" w:hAnsi="B Nazanin" w:cs="B Mitra"/>
                <w:sz w:val="18"/>
                <w:rtl/>
              </w:rPr>
              <w:t>:  ........................................................................................................................</w:t>
            </w:r>
          </w:p>
        </w:tc>
      </w:tr>
      <w:tr w:rsidR="00A925DA" w:rsidRPr="00412245" w14:paraId="7CF9B25B" w14:textId="77777777">
        <w:trPr>
          <w:jc w:val="center"/>
        </w:trPr>
        <w:tc>
          <w:tcPr>
            <w:tcW w:w="11050" w:type="dxa"/>
            <w:tcBorders>
              <w:top w:val="single" w:sz="7" w:space="0" w:color="A8B3C3"/>
              <w:left w:val="single" w:sz="7" w:space="0" w:color="A8B3C3"/>
              <w:bottom w:val="single" w:sz="7" w:space="0" w:color="A8B3C3"/>
              <w:right w:val="single" w:sz="7" w:space="0" w:color="A8B3C3"/>
            </w:tcBorders>
            <w:shd w:val="clear" w:color="auto" w:fill="F8FAFC"/>
            <w:tcMar>
              <w:top w:w="35" w:type="dxa"/>
              <w:left w:w="70" w:type="dxa"/>
              <w:bottom w:w="35" w:type="dxa"/>
              <w:right w:w="70" w:type="dxa"/>
            </w:tcMar>
            <w:vAlign w:val="center"/>
          </w:tcPr>
          <w:p w14:paraId="77511759" w14:textId="77777777" w:rsidR="00A925DA" w:rsidRPr="00412245" w:rsidRDefault="00DF2174" w:rsidP="0006520F">
            <w:pPr>
              <w:bidi/>
              <w:spacing w:after="0" w:line="240" w:lineRule="auto"/>
              <w:rPr>
                <w:rFonts w:cs="B Mitra"/>
              </w:rPr>
            </w:pPr>
            <w:r w:rsidRPr="00412245">
              <w:rPr>
                <w:rFonts w:ascii="B Nazanin" w:eastAsia="B Nazanin" w:hAnsi="B Nazanin" w:cs="B Mitra"/>
                <w:sz w:val="18"/>
                <w:rtl/>
              </w:rPr>
              <w:t>۲. آیا نویسنده/نویسندگان دارای اختراع ثبت‌شده، درخواست ثبت اختراع در حال بررسی، یا هر نوع حق مالکیت فکری مرتبط با موضوع این مقاله هستند؟</w:t>
            </w:r>
            <w:r w:rsidRPr="00412245">
              <w:rPr>
                <w:rFonts w:ascii="B Nazanin" w:eastAsia="B Nazanin" w:hAnsi="B Nazanin" w:cs="B Mitra"/>
                <w:sz w:val="8"/>
                <w:rtl/>
              </w:rPr>
              <w:br/>
            </w:r>
            <w:r w:rsidRPr="00412245">
              <w:rPr>
                <w:rFonts w:ascii="B Nazanin" w:eastAsia="B Nazanin" w:hAnsi="B Nazanin" w:cs="B Mitra"/>
                <w:sz w:val="18"/>
                <w:rtl/>
              </w:rPr>
              <w:t xml:space="preserve">بله  </w:t>
            </w:r>
            <w:r w:rsidRPr="00412245">
              <w:rPr>
                <w:rFonts w:ascii="Segoe UI Symbol" w:eastAsia="B Nazanin" w:hAnsi="Segoe UI Symbol" w:cs="Segoe UI Symbol" w:hint="cs"/>
                <w:sz w:val="18"/>
                <w:rtl/>
              </w:rPr>
              <w:t>☐</w:t>
            </w:r>
            <w:r w:rsidRPr="00412245">
              <w:rPr>
                <w:rFonts w:ascii="B Nazanin" w:eastAsia="B Nazanin" w:hAnsi="B Nazanin" w:cs="B Mitra"/>
                <w:sz w:val="18"/>
                <w:rtl/>
              </w:rPr>
              <w:t xml:space="preserve">      </w:t>
            </w:r>
            <w:r w:rsidRPr="00412245">
              <w:rPr>
                <w:rFonts w:ascii="B Nazanin" w:eastAsia="B Nazanin" w:hAnsi="B Nazanin" w:cs="B Mitra" w:hint="cs"/>
                <w:sz w:val="18"/>
                <w:rtl/>
              </w:rPr>
              <w:t>خیر</w:t>
            </w:r>
            <w:r w:rsidRPr="00412245">
              <w:rPr>
                <w:rFonts w:ascii="B Nazanin" w:eastAsia="B Nazanin" w:hAnsi="B Nazanin" w:cs="B Mitra"/>
                <w:sz w:val="18"/>
                <w:rtl/>
              </w:rPr>
              <w:t xml:space="preserve">  </w:t>
            </w:r>
            <w:r w:rsidRPr="00412245">
              <w:rPr>
                <w:rFonts w:ascii="Segoe UI Symbol" w:eastAsia="B Nazanin" w:hAnsi="Segoe UI Symbol" w:cs="Segoe UI Symbol" w:hint="cs"/>
                <w:sz w:val="18"/>
                <w:rtl/>
              </w:rPr>
              <w:t>☐</w:t>
            </w:r>
            <w:r w:rsidRPr="00412245">
              <w:rPr>
                <w:rFonts w:ascii="B Nazanin" w:eastAsia="B Nazanin" w:hAnsi="B Nazanin" w:cs="B Mitra"/>
                <w:sz w:val="18"/>
                <w:rtl/>
              </w:rPr>
              <w:t xml:space="preserve">      </w:t>
            </w:r>
            <w:r w:rsidRPr="00412245">
              <w:rPr>
                <w:rFonts w:ascii="B Nazanin" w:eastAsia="B Nazanin" w:hAnsi="B Nazanin" w:cs="B Mitra" w:hint="cs"/>
                <w:sz w:val="18"/>
                <w:rtl/>
              </w:rPr>
              <w:t>در</w:t>
            </w:r>
            <w:r w:rsidRPr="00412245">
              <w:rPr>
                <w:rFonts w:ascii="B Nazanin" w:eastAsia="B Nazanin" w:hAnsi="B Nazanin" w:cs="B Mitra"/>
                <w:sz w:val="18"/>
                <w:rtl/>
              </w:rPr>
              <w:t xml:space="preserve"> </w:t>
            </w:r>
            <w:r w:rsidRPr="00412245">
              <w:rPr>
                <w:rFonts w:ascii="B Nazanin" w:eastAsia="B Nazanin" w:hAnsi="B Nazanin" w:cs="B Mitra" w:hint="cs"/>
                <w:sz w:val="18"/>
                <w:rtl/>
              </w:rPr>
              <w:t>صورت</w:t>
            </w:r>
            <w:r w:rsidRPr="00412245">
              <w:rPr>
                <w:rFonts w:ascii="B Nazanin" w:eastAsia="B Nazanin" w:hAnsi="B Nazanin" w:cs="B Mitra"/>
                <w:sz w:val="18"/>
                <w:rtl/>
              </w:rPr>
              <w:t xml:space="preserve"> </w:t>
            </w:r>
            <w:r w:rsidRPr="00412245">
              <w:rPr>
                <w:rFonts w:ascii="B Nazanin" w:eastAsia="B Nazanin" w:hAnsi="B Nazanin" w:cs="B Mitra" w:hint="cs"/>
                <w:sz w:val="18"/>
                <w:rtl/>
              </w:rPr>
              <w:t>پاسخ</w:t>
            </w:r>
            <w:r w:rsidRPr="00412245">
              <w:rPr>
                <w:rFonts w:ascii="B Nazanin" w:eastAsia="B Nazanin" w:hAnsi="B Nazanin" w:cs="B Mitra"/>
                <w:sz w:val="18"/>
                <w:rtl/>
              </w:rPr>
              <w:t xml:space="preserve"> </w:t>
            </w:r>
            <w:r w:rsidRPr="00412245">
              <w:rPr>
                <w:rFonts w:ascii="B Nazanin" w:eastAsia="B Nazanin" w:hAnsi="B Nazanin" w:cs="B Mitra" w:hint="cs"/>
                <w:sz w:val="18"/>
                <w:rtl/>
              </w:rPr>
              <w:t>«بله»،</w:t>
            </w:r>
            <w:r w:rsidRPr="00412245">
              <w:rPr>
                <w:rFonts w:ascii="B Nazanin" w:eastAsia="B Nazanin" w:hAnsi="B Nazanin" w:cs="B Mitra"/>
                <w:sz w:val="18"/>
                <w:rtl/>
              </w:rPr>
              <w:t xml:space="preserve"> توضیح:  ........................................................................................................................</w:t>
            </w:r>
          </w:p>
        </w:tc>
      </w:tr>
      <w:tr w:rsidR="00A925DA" w:rsidRPr="00412245" w14:paraId="2D36630E" w14:textId="77777777">
        <w:trPr>
          <w:jc w:val="center"/>
        </w:trPr>
        <w:tc>
          <w:tcPr>
            <w:tcW w:w="11050" w:type="dxa"/>
            <w:tcBorders>
              <w:top w:val="single" w:sz="7" w:space="0" w:color="A8B3C3"/>
              <w:left w:val="single" w:sz="7" w:space="0" w:color="A8B3C3"/>
              <w:bottom w:val="single" w:sz="7" w:space="0" w:color="A8B3C3"/>
              <w:right w:val="single" w:sz="7" w:space="0" w:color="A8B3C3"/>
            </w:tcBorders>
            <w:shd w:val="clear" w:color="auto" w:fill="F8FAFC"/>
            <w:tcMar>
              <w:top w:w="35" w:type="dxa"/>
              <w:left w:w="70" w:type="dxa"/>
              <w:bottom w:w="35" w:type="dxa"/>
              <w:right w:w="70" w:type="dxa"/>
            </w:tcMar>
            <w:vAlign w:val="center"/>
          </w:tcPr>
          <w:p w14:paraId="123C452C" w14:textId="77777777" w:rsidR="00A925DA" w:rsidRPr="00412245" w:rsidRDefault="00DF2174" w:rsidP="0006520F">
            <w:pPr>
              <w:bidi/>
              <w:spacing w:after="0" w:line="240" w:lineRule="auto"/>
              <w:rPr>
                <w:rFonts w:cs="B Mitra"/>
              </w:rPr>
            </w:pPr>
            <w:r w:rsidRPr="00412245">
              <w:rPr>
                <w:rFonts w:ascii="B Nazanin" w:eastAsia="B Nazanin" w:hAnsi="B Nazanin" w:cs="B Mitra"/>
                <w:sz w:val="18"/>
                <w:rtl/>
              </w:rPr>
              <w:t>۳. آیا منبع یا محل دیگری وجود دارد که خوانندگان بتوانند از طریق آن اطلاعات تکمیلی مرتبط با این مقاله را دریافت کنند؟</w:t>
            </w:r>
            <w:r w:rsidRPr="00412245">
              <w:rPr>
                <w:rFonts w:ascii="B Nazanin" w:eastAsia="B Nazanin" w:hAnsi="B Nazanin" w:cs="B Mitra"/>
                <w:sz w:val="8"/>
                <w:rtl/>
              </w:rPr>
              <w:br/>
            </w:r>
            <w:r w:rsidRPr="00412245">
              <w:rPr>
                <w:rFonts w:ascii="B Nazanin" w:eastAsia="B Nazanin" w:hAnsi="B Nazanin" w:cs="B Mitra"/>
                <w:sz w:val="18"/>
                <w:rtl/>
              </w:rPr>
              <w:t xml:space="preserve">بله  </w:t>
            </w:r>
            <w:r w:rsidRPr="00412245">
              <w:rPr>
                <w:rFonts w:ascii="Segoe UI Symbol" w:eastAsia="B Nazanin" w:hAnsi="Segoe UI Symbol" w:cs="Segoe UI Symbol" w:hint="cs"/>
                <w:sz w:val="18"/>
                <w:rtl/>
              </w:rPr>
              <w:t>☐</w:t>
            </w:r>
            <w:r w:rsidRPr="00412245">
              <w:rPr>
                <w:rFonts w:ascii="B Nazanin" w:eastAsia="B Nazanin" w:hAnsi="B Nazanin" w:cs="B Mitra"/>
                <w:sz w:val="18"/>
                <w:rtl/>
              </w:rPr>
              <w:t xml:space="preserve">      خیر  </w:t>
            </w:r>
            <w:r w:rsidRPr="00412245">
              <w:rPr>
                <w:rFonts w:ascii="Segoe UI Symbol" w:eastAsia="B Nazanin" w:hAnsi="Segoe UI Symbol" w:cs="Segoe UI Symbol" w:hint="cs"/>
                <w:sz w:val="18"/>
                <w:rtl/>
              </w:rPr>
              <w:t>☐</w:t>
            </w:r>
            <w:r w:rsidRPr="00412245">
              <w:rPr>
                <w:rFonts w:ascii="B Nazanin" w:eastAsia="B Nazanin" w:hAnsi="B Nazanin" w:cs="B Mitra"/>
                <w:sz w:val="18"/>
                <w:rtl/>
              </w:rPr>
              <w:t xml:space="preserve">      </w:t>
            </w:r>
            <w:r w:rsidRPr="00412245">
              <w:rPr>
                <w:rFonts w:ascii="B Nazanin" w:eastAsia="B Nazanin" w:hAnsi="B Nazanin" w:cs="B Mitra" w:hint="cs"/>
                <w:sz w:val="18"/>
                <w:rtl/>
              </w:rPr>
              <w:t>در</w:t>
            </w:r>
            <w:r w:rsidRPr="00412245">
              <w:rPr>
                <w:rFonts w:ascii="B Nazanin" w:eastAsia="B Nazanin" w:hAnsi="B Nazanin" w:cs="B Mitra"/>
                <w:sz w:val="18"/>
                <w:rtl/>
              </w:rPr>
              <w:t xml:space="preserve"> </w:t>
            </w:r>
            <w:r w:rsidRPr="00412245">
              <w:rPr>
                <w:rFonts w:ascii="B Nazanin" w:eastAsia="B Nazanin" w:hAnsi="B Nazanin" w:cs="B Mitra" w:hint="cs"/>
                <w:sz w:val="18"/>
                <w:rtl/>
              </w:rPr>
              <w:t>صورت</w:t>
            </w:r>
            <w:r w:rsidRPr="00412245">
              <w:rPr>
                <w:rFonts w:ascii="B Nazanin" w:eastAsia="B Nazanin" w:hAnsi="B Nazanin" w:cs="B Mitra"/>
                <w:sz w:val="18"/>
                <w:rtl/>
              </w:rPr>
              <w:t xml:space="preserve"> </w:t>
            </w:r>
            <w:r w:rsidRPr="00412245">
              <w:rPr>
                <w:rFonts w:ascii="B Nazanin" w:eastAsia="B Nazanin" w:hAnsi="B Nazanin" w:cs="B Mitra" w:hint="cs"/>
                <w:sz w:val="18"/>
                <w:rtl/>
              </w:rPr>
              <w:t>پاسخ</w:t>
            </w:r>
            <w:r w:rsidRPr="00412245">
              <w:rPr>
                <w:rFonts w:ascii="B Nazanin" w:eastAsia="B Nazanin" w:hAnsi="B Nazanin" w:cs="B Mitra"/>
                <w:sz w:val="18"/>
                <w:rtl/>
              </w:rPr>
              <w:t xml:space="preserve"> </w:t>
            </w:r>
            <w:r w:rsidRPr="00412245">
              <w:rPr>
                <w:rFonts w:ascii="B Nazanin" w:eastAsia="B Nazanin" w:hAnsi="B Nazanin" w:cs="B Mitra" w:hint="cs"/>
                <w:sz w:val="18"/>
                <w:rtl/>
              </w:rPr>
              <w:t>«بله»،</w:t>
            </w:r>
            <w:r w:rsidRPr="00412245">
              <w:rPr>
                <w:rFonts w:ascii="B Nazanin" w:eastAsia="B Nazanin" w:hAnsi="B Nazanin" w:cs="B Mitra"/>
                <w:sz w:val="18"/>
                <w:rtl/>
              </w:rPr>
              <w:t xml:space="preserve"> </w:t>
            </w:r>
            <w:r w:rsidRPr="00412245">
              <w:rPr>
                <w:rFonts w:ascii="B Nazanin" w:eastAsia="B Nazanin" w:hAnsi="B Nazanin" w:cs="B Mitra" w:hint="cs"/>
                <w:sz w:val="18"/>
                <w:rtl/>
              </w:rPr>
              <w:t>توضیح</w:t>
            </w:r>
            <w:r w:rsidRPr="00412245">
              <w:rPr>
                <w:rFonts w:ascii="B Nazanin" w:eastAsia="B Nazanin" w:hAnsi="B Nazanin" w:cs="B Mitra"/>
                <w:sz w:val="18"/>
                <w:rtl/>
              </w:rPr>
              <w:t>:  ........................................................................................................................</w:t>
            </w:r>
          </w:p>
        </w:tc>
      </w:tr>
      <w:tr w:rsidR="00A925DA" w:rsidRPr="00412245" w14:paraId="2A04A9E7" w14:textId="77777777">
        <w:trPr>
          <w:jc w:val="center"/>
        </w:trPr>
        <w:tc>
          <w:tcPr>
            <w:tcW w:w="11050" w:type="dxa"/>
            <w:tcBorders>
              <w:top w:val="single" w:sz="7" w:space="0" w:color="A8B3C3"/>
              <w:left w:val="single" w:sz="7" w:space="0" w:color="A8B3C3"/>
              <w:bottom w:val="single" w:sz="7" w:space="0" w:color="A8B3C3"/>
              <w:right w:val="single" w:sz="7" w:space="0" w:color="A8B3C3"/>
            </w:tcBorders>
            <w:shd w:val="clear" w:color="auto" w:fill="F8FAFC"/>
            <w:tcMar>
              <w:top w:w="35" w:type="dxa"/>
              <w:left w:w="70" w:type="dxa"/>
              <w:bottom w:w="35" w:type="dxa"/>
              <w:right w:w="70" w:type="dxa"/>
            </w:tcMar>
            <w:vAlign w:val="center"/>
          </w:tcPr>
          <w:p w14:paraId="1A82E129" w14:textId="77777777" w:rsidR="00A925DA" w:rsidRPr="00412245" w:rsidRDefault="00DF2174" w:rsidP="0006520F">
            <w:pPr>
              <w:bidi/>
              <w:spacing w:after="0" w:line="240" w:lineRule="auto"/>
              <w:rPr>
                <w:rFonts w:cs="B Mitra"/>
              </w:rPr>
            </w:pPr>
            <w:r w:rsidRPr="00412245">
              <w:rPr>
                <w:rFonts w:ascii="B Nazanin" w:eastAsia="B Nazanin" w:hAnsi="B Nazanin" w:cs="B Mitra"/>
                <w:sz w:val="18"/>
                <w:rtl/>
              </w:rPr>
              <w:t>۴. آیا بخشی از این پژوهش به حیوانات آزمایشگاهی، بیماری‌ها یا شرایط خاص انسانی، یا استفاده از اطلاعات و داده‌های اشخاص مربوط است و در نتیجه نیازمند اخذ مجوز یا تأییدیه اخلاق در پژوهش/انتشار است؟</w:t>
            </w:r>
            <w:r w:rsidRPr="00412245">
              <w:rPr>
                <w:rFonts w:ascii="B Nazanin" w:eastAsia="B Nazanin" w:hAnsi="B Nazanin" w:cs="B Mitra"/>
                <w:sz w:val="8"/>
                <w:rtl/>
              </w:rPr>
              <w:br/>
            </w:r>
            <w:r w:rsidRPr="00412245">
              <w:rPr>
                <w:rFonts w:ascii="B Nazanin" w:eastAsia="B Nazanin" w:hAnsi="B Nazanin" w:cs="B Mitra"/>
                <w:sz w:val="18"/>
                <w:rtl/>
              </w:rPr>
              <w:t xml:space="preserve">بله  </w:t>
            </w:r>
            <w:r w:rsidRPr="00412245">
              <w:rPr>
                <w:rFonts w:ascii="Segoe UI Symbol" w:eastAsia="B Nazanin" w:hAnsi="Segoe UI Symbol" w:cs="Segoe UI Symbol" w:hint="cs"/>
                <w:sz w:val="18"/>
                <w:rtl/>
              </w:rPr>
              <w:t>☐</w:t>
            </w:r>
            <w:r w:rsidRPr="00412245">
              <w:rPr>
                <w:rFonts w:ascii="B Nazanin" w:eastAsia="B Nazanin" w:hAnsi="B Nazanin" w:cs="B Mitra"/>
                <w:sz w:val="18"/>
                <w:rtl/>
              </w:rPr>
              <w:t xml:space="preserve">      </w:t>
            </w:r>
            <w:r w:rsidRPr="00412245">
              <w:rPr>
                <w:rFonts w:ascii="B Nazanin" w:eastAsia="B Nazanin" w:hAnsi="B Nazanin" w:cs="B Mitra" w:hint="cs"/>
                <w:sz w:val="18"/>
                <w:rtl/>
              </w:rPr>
              <w:t>خیر</w:t>
            </w:r>
            <w:r w:rsidRPr="00412245">
              <w:rPr>
                <w:rFonts w:ascii="B Nazanin" w:eastAsia="B Nazanin" w:hAnsi="B Nazanin" w:cs="B Mitra"/>
                <w:sz w:val="18"/>
                <w:rtl/>
              </w:rPr>
              <w:t xml:space="preserve">  </w:t>
            </w:r>
            <w:r w:rsidRPr="00412245">
              <w:rPr>
                <w:rFonts w:ascii="Segoe UI Symbol" w:eastAsia="B Nazanin" w:hAnsi="Segoe UI Symbol" w:cs="Segoe UI Symbol" w:hint="cs"/>
                <w:sz w:val="18"/>
                <w:rtl/>
              </w:rPr>
              <w:t>☐</w:t>
            </w:r>
            <w:r w:rsidRPr="00412245">
              <w:rPr>
                <w:rFonts w:ascii="B Nazanin" w:eastAsia="B Nazanin" w:hAnsi="B Nazanin" w:cs="B Mitra"/>
                <w:sz w:val="18"/>
                <w:rtl/>
              </w:rPr>
              <w:t xml:space="preserve">      </w:t>
            </w:r>
            <w:r w:rsidRPr="00412245">
              <w:rPr>
                <w:rFonts w:ascii="B Nazanin" w:eastAsia="B Nazanin" w:hAnsi="B Nazanin" w:cs="B Mitra" w:hint="cs"/>
                <w:sz w:val="18"/>
                <w:rtl/>
              </w:rPr>
              <w:t>در</w:t>
            </w:r>
            <w:r w:rsidRPr="00412245">
              <w:rPr>
                <w:rFonts w:ascii="B Nazanin" w:eastAsia="B Nazanin" w:hAnsi="B Nazanin" w:cs="B Mitra"/>
                <w:sz w:val="18"/>
                <w:rtl/>
              </w:rPr>
              <w:t xml:space="preserve"> </w:t>
            </w:r>
            <w:r w:rsidRPr="00412245">
              <w:rPr>
                <w:rFonts w:ascii="B Nazanin" w:eastAsia="B Nazanin" w:hAnsi="B Nazanin" w:cs="B Mitra" w:hint="cs"/>
                <w:sz w:val="18"/>
                <w:rtl/>
              </w:rPr>
              <w:t>صورت</w:t>
            </w:r>
            <w:r w:rsidRPr="00412245">
              <w:rPr>
                <w:rFonts w:ascii="B Nazanin" w:eastAsia="B Nazanin" w:hAnsi="B Nazanin" w:cs="B Mitra"/>
                <w:sz w:val="18"/>
                <w:rtl/>
              </w:rPr>
              <w:t xml:space="preserve"> </w:t>
            </w:r>
            <w:r w:rsidRPr="00412245">
              <w:rPr>
                <w:rFonts w:ascii="B Nazanin" w:eastAsia="B Nazanin" w:hAnsi="B Nazanin" w:cs="B Mitra" w:hint="cs"/>
                <w:sz w:val="18"/>
                <w:rtl/>
              </w:rPr>
              <w:t>پاسخ</w:t>
            </w:r>
            <w:r w:rsidRPr="00412245">
              <w:rPr>
                <w:rFonts w:ascii="B Nazanin" w:eastAsia="B Nazanin" w:hAnsi="B Nazanin" w:cs="B Mitra"/>
                <w:sz w:val="18"/>
                <w:rtl/>
              </w:rPr>
              <w:t xml:space="preserve"> </w:t>
            </w:r>
            <w:r w:rsidRPr="00412245">
              <w:rPr>
                <w:rFonts w:ascii="B Nazanin" w:eastAsia="B Nazanin" w:hAnsi="B Nazanin" w:cs="B Mitra" w:hint="cs"/>
                <w:sz w:val="18"/>
                <w:rtl/>
              </w:rPr>
              <w:t>«بله»،</w:t>
            </w:r>
            <w:r w:rsidRPr="00412245">
              <w:rPr>
                <w:rFonts w:ascii="B Nazanin" w:eastAsia="B Nazanin" w:hAnsi="B Nazanin" w:cs="B Mitra"/>
                <w:sz w:val="18"/>
                <w:rtl/>
              </w:rPr>
              <w:t xml:space="preserve"> </w:t>
            </w:r>
            <w:r w:rsidRPr="00412245">
              <w:rPr>
                <w:rFonts w:ascii="B Nazanin" w:eastAsia="B Nazanin" w:hAnsi="B Nazanin" w:cs="B Mitra" w:hint="cs"/>
                <w:sz w:val="18"/>
                <w:rtl/>
              </w:rPr>
              <w:t>توضیح</w:t>
            </w:r>
            <w:r w:rsidRPr="00412245">
              <w:rPr>
                <w:rFonts w:ascii="B Nazanin" w:eastAsia="B Nazanin" w:hAnsi="B Nazanin" w:cs="B Mitra"/>
                <w:sz w:val="18"/>
                <w:rtl/>
              </w:rPr>
              <w:t>:  ........................................................................................................................</w:t>
            </w:r>
          </w:p>
        </w:tc>
      </w:tr>
    </w:tbl>
    <w:p w14:paraId="0FF6CBC0" w14:textId="77777777" w:rsidR="00A925DA" w:rsidRPr="00412245" w:rsidRDefault="00DF2174" w:rsidP="0006520F">
      <w:pPr>
        <w:bidi/>
        <w:spacing w:before="40" w:after="40" w:line="240" w:lineRule="auto"/>
        <w:rPr>
          <w:rFonts w:cs="B Mitra"/>
        </w:rPr>
      </w:pPr>
      <w:r w:rsidRPr="00412245">
        <w:rPr>
          <w:rFonts w:ascii="B Nazanin" w:eastAsia="B Nazanin" w:hAnsi="B Nazanin" w:cs="B Mitra"/>
          <w:b/>
          <w:sz w:val="19"/>
          <w:rtl/>
        </w:rPr>
        <w:t>اینجانب به‌عنوان نویسنده مسئول تأیید می‌کنم اطلاعات فوق صحیح و کامل است و هرگونه تعارض منافع بالفعل یا بالقوه مرتبط با مقاله را اعلام کرده‌ام.</w:t>
      </w:r>
    </w:p>
    <w:tbl>
      <w:tblPr>
        <w:bidiVisual/>
        <w:tblW w:w="0" w:type="auto"/>
        <w:jc w:val="center"/>
        <w:tblLayout w:type="fixed"/>
        <w:tblLook w:val="04A0" w:firstRow="1" w:lastRow="0" w:firstColumn="1" w:lastColumn="0" w:noHBand="0" w:noVBand="1"/>
      </w:tblPr>
      <w:tblGrid>
        <w:gridCol w:w="3683"/>
        <w:gridCol w:w="3683"/>
        <w:gridCol w:w="3683"/>
      </w:tblGrid>
      <w:tr w:rsidR="00A925DA" w:rsidRPr="00412245" w14:paraId="44519E52" w14:textId="77777777">
        <w:trPr>
          <w:jc w:val="center"/>
        </w:trPr>
        <w:tc>
          <w:tcPr>
            <w:tcW w:w="3683" w:type="dxa"/>
            <w:tcBorders>
              <w:top w:val="single" w:sz="7" w:space="0" w:color="A8B3C3"/>
              <w:left w:val="single" w:sz="7" w:space="0" w:color="A8B3C3"/>
              <w:bottom w:val="single" w:sz="7" w:space="0" w:color="A8B3C3"/>
              <w:right w:val="single" w:sz="7" w:space="0" w:color="A8B3C3"/>
            </w:tcBorders>
            <w:tcMar>
              <w:top w:w="45" w:type="dxa"/>
              <w:left w:w="65" w:type="dxa"/>
              <w:bottom w:w="45" w:type="dxa"/>
              <w:right w:w="65" w:type="dxa"/>
            </w:tcMar>
            <w:vAlign w:val="center"/>
          </w:tcPr>
          <w:p w14:paraId="09F34D82" w14:textId="77777777" w:rsidR="00A925DA" w:rsidRPr="00412245" w:rsidRDefault="00DF2174" w:rsidP="0006520F">
            <w:pPr>
              <w:bidi/>
              <w:spacing w:after="0" w:line="240" w:lineRule="auto"/>
              <w:rPr>
                <w:rFonts w:cs="B Mitra"/>
              </w:rPr>
            </w:pPr>
            <w:r w:rsidRPr="00412245">
              <w:rPr>
                <w:rFonts w:ascii="B Nazanin" w:eastAsia="B Nazanin" w:hAnsi="B Nazanin" w:cs="B Mitra"/>
                <w:b/>
                <w:sz w:val="18"/>
                <w:rtl/>
              </w:rPr>
              <w:t>نام و نام خانوادگی نویسنده مسئول:</w:t>
            </w:r>
            <w:r w:rsidRPr="00412245">
              <w:rPr>
                <w:rFonts w:ascii="B Nazanin" w:eastAsia="B Nazanin" w:hAnsi="B Nazanin" w:cs="B Mitra"/>
                <w:b/>
                <w:sz w:val="18"/>
                <w:rtl/>
              </w:rPr>
              <w:br/>
              <w:t>................................................</w:t>
            </w:r>
          </w:p>
        </w:tc>
        <w:tc>
          <w:tcPr>
            <w:tcW w:w="3683" w:type="dxa"/>
            <w:tcBorders>
              <w:top w:val="single" w:sz="7" w:space="0" w:color="A8B3C3"/>
              <w:left w:val="single" w:sz="7" w:space="0" w:color="A8B3C3"/>
              <w:bottom w:val="single" w:sz="7" w:space="0" w:color="A8B3C3"/>
              <w:right w:val="single" w:sz="7" w:space="0" w:color="A8B3C3"/>
            </w:tcBorders>
            <w:tcMar>
              <w:top w:w="45" w:type="dxa"/>
              <w:left w:w="65" w:type="dxa"/>
              <w:bottom w:w="45" w:type="dxa"/>
              <w:right w:w="65" w:type="dxa"/>
            </w:tcMar>
            <w:vAlign w:val="center"/>
          </w:tcPr>
          <w:p w14:paraId="55F13603" w14:textId="77777777" w:rsidR="00A925DA" w:rsidRPr="00412245" w:rsidRDefault="00DF2174" w:rsidP="0006520F">
            <w:pPr>
              <w:bidi/>
              <w:spacing w:after="0" w:line="240" w:lineRule="auto"/>
              <w:rPr>
                <w:rFonts w:cs="B Mitra"/>
              </w:rPr>
            </w:pPr>
            <w:r w:rsidRPr="00412245">
              <w:rPr>
                <w:rFonts w:ascii="B Nazanin" w:eastAsia="B Nazanin" w:hAnsi="B Nazanin" w:cs="B Mitra"/>
                <w:sz w:val="18"/>
                <w:rtl/>
              </w:rPr>
              <w:t>تاریخ:</w:t>
            </w:r>
            <w:r w:rsidRPr="00412245">
              <w:rPr>
                <w:rFonts w:ascii="B Nazanin" w:eastAsia="B Nazanin" w:hAnsi="B Nazanin" w:cs="B Mitra"/>
                <w:sz w:val="18"/>
                <w:rtl/>
              </w:rPr>
              <w:br/>
              <w:t>................................................</w:t>
            </w:r>
          </w:p>
        </w:tc>
        <w:tc>
          <w:tcPr>
            <w:tcW w:w="3683" w:type="dxa"/>
            <w:tcBorders>
              <w:top w:val="single" w:sz="7" w:space="0" w:color="A8B3C3"/>
              <w:left w:val="single" w:sz="7" w:space="0" w:color="A8B3C3"/>
              <w:bottom w:val="single" w:sz="7" w:space="0" w:color="A8B3C3"/>
              <w:right w:val="single" w:sz="7" w:space="0" w:color="A8B3C3"/>
            </w:tcBorders>
            <w:tcMar>
              <w:top w:w="45" w:type="dxa"/>
              <w:left w:w="65" w:type="dxa"/>
              <w:bottom w:w="45" w:type="dxa"/>
              <w:right w:w="65" w:type="dxa"/>
            </w:tcMar>
            <w:vAlign w:val="center"/>
          </w:tcPr>
          <w:p w14:paraId="21B1FD5D" w14:textId="77777777" w:rsidR="00A925DA" w:rsidRPr="00412245" w:rsidRDefault="00DF2174" w:rsidP="0006520F">
            <w:pPr>
              <w:bidi/>
              <w:spacing w:after="0" w:line="240" w:lineRule="auto"/>
              <w:rPr>
                <w:rFonts w:cs="B Mitra"/>
              </w:rPr>
            </w:pPr>
            <w:r w:rsidRPr="00412245">
              <w:rPr>
                <w:rFonts w:ascii="B Nazanin" w:eastAsia="B Nazanin" w:hAnsi="B Nazanin" w:cs="B Mitra"/>
                <w:sz w:val="18"/>
                <w:rtl/>
              </w:rPr>
              <w:t>امضا:</w:t>
            </w:r>
            <w:r w:rsidRPr="00412245">
              <w:rPr>
                <w:rFonts w:ascii="B Nazanin" w:eastAsia="B Nazanin" w:hAnsi="B Nazanin" w:cs="B Mitra"/>
                <w:sz w:val="18"/>
                <w:rtl/>
              </w:rPr>
              <w:br/>
              <w:t>................................................</w:t>
            </w:r>
          </w:p>
        </w:tc>
      </w:tr>
    </w:tbl>
    <w:p w14:paraId="0A3378D9" w14:textId="77777777" w:rsidR="00DF2174" w:rsidRPr="00412245" w:rsidRDefault="00DF2174">
      <w:pPr>
        <w:rPr>
          <w:rFonts w:cs="B Mitra"/>
        </w:rPr>
      </w:pPr>
    </w:p>
    <w:sectPr w:rsidR="00DF2174" w:rsidRPr="00412245" w:rsidSect="00034616">
      <w:headerReference w:type="default" r:id="rId8"/>
      <w:footerReference w:type="default" r:id="rId9"/>
      <w:pgSz w:w="12240" w:h="15840"/>
      <w:pgMar w:top="369" w:right="595" w:bottom="369" w:left="595" w:header="85" w:footer="1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53BD0" w14:textId="77777777" w:rsidR="007164E5" w:rsidRDefault="007164E5">
      <w:pPr>
        <w:spacing w:after="0" w:line="240" w:lineRule="auto"/>
      </w:pPr>
      <w:r>
        <w:separator/>
      </w:r>
    </w:p>
  </w:endnote>
  <w:endnote w:type="continuationSeparator" w:id="0">
    <w:p w14:paraId="340AE398" w14:textId="77777777" w:rsidR="007164E5" w:rsidRDefault="00716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7C87" w14:textId="77777777" w:rsidR="00A925DA" w:rsidRDefault="00DF2174">
    <w:pPr>
      <w:pStyle w:val="Footer"/>
      <w:jc w:val="center"/>
    </w:pPr>
    <w:r>
      <w:rPr>
        <w:rFonts w:ascii="B Nazanin" w:eastAsia="B Nazanin" w:hAnsi="B Nazanin" w:cs="B Nazanin"/>
        <w:sz w:val="17"/>
        <w:rtl/>
      </w:rPr>
      <w:t>نشریه پژوهش‌های ریاضی - دانشگاه خوارزمی</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9C19C" w14:textId="77777777" w:rsidR="007164E5" w:rsidRDefault="007164E5">
      <w:pPr>
        <w:spacing w:after="0" w:line="240" w:lineRule="auto"/>
      </w:pPr>
      <w:r>
        <w:separator/>
      </w:r>
    </w:p>
  </w:footnote>
  <w:footnote w:type="continuationSeparator" w:id="0">
    <w:p w14:paraId="7B1CC3B6" w14:textId="77777777" w:rsidR="007164E5" w:rsidRDefault="00716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5742A" w14:textId="77777777" w:rsidR="00A925DA" w:rsidRDefault="00DF2174">
    <w:pPr>
      <w:pStyle w:val="Header"/>
      <w:jc w:val="center"/>
    </w:pPr>
    <w:r>
      <w:rPr>
        <w:noProof/>
      </w:rPr>
      <w:drawing>
        <wp:inline distT="0" distB="0" distL="0" distR="0" wp14:anchorId="5BB833A2" wp14:editId="44A1C789">
          <wp:extent cx="6408000" cy="13033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260930-082304).png"/>
                  <pic:cNvPicPr/>
                </pic:nvPicPr>
                <pic:blipFill>
                  <a:blip r:embed="rId1"/>
                  <a:stretch>
                    <a:fillRect/>
                  </a:stretch>
                </pic:blipFill>
                <pic:spPr>
                  <a:xfrm>
                    <a:off x="0" y="0"/>
                    <a:ext cx="6408000" cy="13033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520F"/>
    <w:rsid w:val="0015074B"/>
    <w:rsid w:val="0029639D"/>
    <w:rsid w:val="00326F90"/>
    <w:rsid w:val="00412245"/>
    <w:rsid w:val="007164E5"/>
    <w:rsid w:val="00A925DA"/>
    <w:rsid w:val="00AA1D8D"/>
    <w:rsid w:val="00B47730"/>
    <w:rsid w:val="00CB0664"/>
    <w:rsid w:val="00DF217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83AF61"/>
  <w14:defaultImageDpi w14:val="300"/>
  <w15:docId w15:val="{D7D6CB5D-3930-420A-A531-E9A942DEC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3</cp:revision>
  <dcterms:created xsi:type="dcterms:W3CDTF">2013-12-23T23:15:00Z</dcterms:created>
  <dcterms:modified xsi:type="dcterms:W3CDTF">2026-09-30T08:38:00Z</dcterms:modified>
  <cp:category/>
</cp:coreProperties>
</file>